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240" w:rsidRPr="00944205" w:rsidRDefault="00252B2A">
      <w:pPr>
        <w:spacing w:after="40"/>
        <w:rPr>
          <w:color w:val="auto"/>
        </w:rPr>
      </w:pPr>
      <w:r w:rsidRPr="00944205">
        <w:rPr>
          <w:b/>
          <w:color w:val="auto"/>
        </w:rPr>
        <w:t xml:space="preserve">Meno a priezvisko zákonného zástupcu: </w:t>
      </w:r>
      <w:r w:rsidRPr="00944205">
        <w:rPr>
          <w:color w:val="auto"/>
        </w:rPr>
        <w:t>......................................................................................</w:t>
      </w:r>
    </w:p>
    <w:p w:rsidR="006E0240" w:rsidRPr="00944205" w:rsidRDefault="00252B2A">
      <w:pPr>
        <w:spacing w:after="40"/>
        <w:rPr>
          <w:color w:val="auto"/>
        </w:rPr>
      </w:pPr>
      <w:proofErr w:type="spellStart"/>
      <w:r w:rsidRPr="00944205">
        <w:rPr>
          <w:color w:val="auto"/>
        </w:rPr>
        <w:t>Adresa</w:t>
      </w:r>
      <w:proofErr w:type="spellEnd"/>
      <w:r w:rsidRPr="00944205">
        <w:rPr>
          <w:color w:val="auto"/>
        </w:rPr>
        <w:t xml:space="preserve"> </w:t>
      </w:r>
      <w:proofErr w:type="spellStart"/>
      <w:r w:rsidRPr="00944205">
        <w:rPr>
          <w:color w:val="auto"/>
        </w:rPr>
        <w:t>trvalého</w:t>
      </w:r>
      <w:proofErr w:type="spellEnd"/>
      <w:r w:rsidRPr="00944205">
        <w:rPr>
          <w:color w:val="auto"/>
        </w:rPr>
        <w:t xml:space="preserve"> </w:t>
      </w:r>
      <w:proofErr w:type="spellStart"/>
      <w:r w:rsidRPr="00944205">
        <w:rPr>
          <w:color w:val="auto"/>
        </w:rPr>
        <w:t>pobytu</w:t>
      </w:r>
      <w:proofErr w:type="spellEnd"/>
      <w:r w:rsidRPr="00944205">
        <w:rPr>
          <w:color w:val="auto"/>
        </w:rPr>
        <w:t xml:space="preserve">: </w:t>
      </w:r>
      <w:r w:rsidRPr="00944205">
        <w:rPr>
          <w:color w:val="auto"/>
        </w:rPr>
        <w:t>................................................................................................................................</w:t>
      </w:r>
    </w:p>
    <w:p w:rsidR="006E0240" w:rsidRPr="00944205" w:rsidRDefault="00252B2A">
      <w:pPr>
        <w:spacing w:after="400"/>
        <w:rPr>
          <w:color w:val="auto"/>
        </w:rPr>
      </w:pPr>
      <w:r w:rsidRPr="00944205">
        <w:rPr>
          <w:color w:val="auto"/>
        </w:rPr>
        <w:t>E-mail: ...........................................................   Tel. kontakt: ...........................................</w:t>
      </w:r>
      <w:r w:rsidRPr="00944205">
        <w:rPr>
          <w:color w:val="auto"/>
        </w:rPr>
        <w:t>................</w:t>
      </w:r>
    </w:p>
    <w:p w:rsidR="006E0240" w:rsidRPr="00944205" w:rsidRDefault="00252B2A">
      <w:pPr>
        <w:spacing w:after="480"/>
        <w:ind w:left="4608"/>
        <w:rPr>
          <w:color w:val="auto"/>
        </w:rPr>
      </w:pPr>
      <w:r w:rsidRPr="00944205">
        <w:rPr>
          <w:b/>
          <w:color w:val="auto"/>
        </w:rPr>
        <w:t>Stredná odborná škola strojnícka</w:t>
      </w:r>
      <w:r w:rsidRPr="00944205">
        <w:rPr>
          <w:b/>
          <w:color w:val="auto"/>
        </w:rPr>
        <w:br/>
        <w:t>Ul. pplk. Pľjušťa 29</w:t>
      </w:r>
      <w:r w:rsidRPr="00944205">
        <w:rPr>
          <w:b/>
          <w:color w:val="auto"/>
        </w:rPr>
        <w:br/>
        <w:t>909 01 Skalica</w:t>
      </w:r>
    </w:p>
    <w:p w:rsidR="006E0240" w:rsidRPr="00944205" w:rsidRDefault="00252B2A">
      <w:pPr>
        <w:spacing w:before="200" w:after="360"/>
        <w:jc w:val="center"/>
        <w:rPr>
          <w:color w:val="auto"/>
        </w:rPr>
      </w:pPr>
      <w:r w:rsidRPr="00944205">
        <w:rPr>
          <w:b/>
          <w:color w:val="auto"/>
          <w:sz w:val="26"/>
        </w:rPr>
        <w:t>ŽIADOSŤ O POVOLENIE SKORŠIEHO ODCHODU / NESKORŠIEHO PRÍCHODU NA VYUČOVANIE</w:t>
      </w:r>
    </w:p>
    <w:p w:rsidR="006E0240" w:rsidRPr="00944205" w:rsidRDefault="00252B2A">
      <w:pPr>
        <w:spacing w:after="240"/>
        <w:rPr>
          <w:color w:val="auto"/>
        </w:rPr>
      </w:pPr>
      <w:r w:rsidRPr="00944205">
        <w:rPr>
          <w:color w:val="auto"/>
        </w:rPr>
        <w:t xml:space="preserve">Týmto žiadam o povolenie na </w:t>
      </w:r>
      <w:r w:rsidRPr="00944205">
        <w:rPr>
          <w:i/>
          <w:color w:val="auto"/>
        </w:rPr>
        <w:t>(vyznačte vhodnú možnosť)</w:t>
      </w:r>
      <w:r w:rsidRPr="00944205">
        <w:rPr>
          <w:color w:val="auto"/>
        </w:rPr>
        <w:t>:</w:t>
      </w:r>
    </w:p>
    <w:p w:rsidR="006E0240" w:rsidRPr="00944205" w:rsidRDefault="00252B2A">
      <w:pPr>
        <w:spacing w:after="80"/>
        <w:ind w:left="576"/>
        <w:rPr>
          <w:color w:val="auto"/>
        </w:rPr>
      </w:pPr>
      <w:r w:rsidRPr="00944205">
        <w:rPr>
          <w:color w:val="auto"/>
        </w:rPr>
        <w:t>[  ]  neskorší príchod na vyučovanie (pr</w:t>
      </w:r>
      <w:r w:rsidRPr="00944205">
        <w:rPr>
          <w:color w:val="auto"/>
        </w:rPr>
        <w:t>íchod o ......... hod. / na ......... vyučovaciu hodinu)</w:t>
      </w:r>
    </w:p>
    <w:p w:rsidR="006E0240" w:rsidRPr="00944205" w:rsidRDefault="00252B2A">
      <w:pPr>
        <w:spacing w:after="280"/>
        <w:ind w:left="576"/>
        <w:rPr>
          <w:color w:val="auto"/>
        </w:rPr>
      </w:pPr>
      <w:r w:rsidRPr="00944205">
        <w:rPr>
          <w:color w:val="auto"/>
        </w:rPr>
        <w:t>[  ]  skorší odchod z vyučovania (odchod o ......... hod. / po ......... vyučovacej hodine)</w:t>
      </w:r>
    </w:p>
    <w:p w:rsidR="006E0240" w:rsidRPr="00944205" w:rsidRDefault="00252B2A">
      <w:pPr>
        <w:spacing w:after="120"/>
        <w:rPr>
          <w:color w:val="auto"/>
        </w:rPr>
      </w:pPr>
      <w:r w:rsidRPr="00944205">
        <w:rPr>
          <w:b/>
          <w:color w:val="auto"/>
        </w:rPr>
        <w:t>pre svojho neplnoletého syna / svoju neplnoletú dcéru:</w:t>
      </w:r>
      <w:r w:rsidRPr="00944205">
        <w:rPr>
          <w:b/>
          <w:color w:val="auto"/>
        </w:rPr>
        <w:br/>
      </w:r>
    </w:p>
    <w:p w:rsidR="006E0240" w:rsidRPr="00944205" w:rsidRDefault="00252B2A">
      <w:pPr>
        <w:spacing w:after="280" w:line="312" w:lineRule="auto"/>
        <w:rPr>
          <w:color w:val="auto"/>
        </w:rPr>
      </w:pPr>
      <w:r w:rsidRPr="00944205">
        <w:rPr>
          <w:color w:val="auto"/>
        </w:rPr>
        <w:t>Meno a priezvisko žiaka/čky: ......................</w:t>
      </w:r>
      <w:r w:rsidRPr="00944205">
        <w:rPr>
          <w:color w:val="auto"/>
        </w:rPr>
        <w:t>....................................................................................................</w:t>
      </w:r>
      <w:r w:rsidRPr="00944205">
        <w:rPr>
          <w:color w:val="auto"/>
        </w:rPr>
        <w:br/>
        <w:t>Trieda: ...................................................</w:t>
      </w:r>
      <w:r w:rsidRPr="00944205">
        <w:rPr>
          <w:color w:val="auto"/>
        </w:rPr>
        <w:br/>
        <w:t>Obdobie platnosti žiadosti: od .............................. do ..............................</w:t>
      </w:r>
      <w:r w:rsidRPr="00944205">
        <w:rPr>
          <w:color w:val="auto"/>
        </w:rPr>
        <w:t xml:space="preserve"> (alebo na šk. rok .....................)</w:t>
      </w:r>
    </w:p>
    <w:p w:rsidR="006E0240" w:rsidRPr="00944205" w:rsidRDefault="00252B2A">
      <w:pPr>
        <w:spacing w:before="120" w:after="120"/>
        <w:rPr>
          <w:color w:val="auto"/>
        </w:rPr>
      </w:pPr>
      <w:r w:rsidRPr="00944205">
        <w:rPr>
          <w:b/>
          <w:color w:val="auto"/>
        </w:rPr>
        <w:t>Podrobnosti o dopravnom spojení:</w:t>
      </w:r>
    </w:p>
    <w:p w:rsidR="005F497A" w:rsidRPr="00944205" w:rsidRDefault="00252B2A">
      <w:pPr>
        <w:spacing w:after="280" w:line="312" w:lineRule="auto"/>
        <w:rPr>
          <w:color w:val="auto"/>
        </w:rPr>
      </w:pPr>
      <w:r w:rsidRPr="00944205">
        <w:rPr>
          <w:color w:val="auto"/>
        </w:rPr>
        <w:t>Miesto / obec, odkiaľ žiak denne dochádza: ...................................................................................................</w:t>
      </w:r>
      <w:r w:rsidRPr="00944205">
        <w:rPr>
          <w:color w:val="auto"/>
        </w:rPr>
        <w:br/>
        <w:t>Dopravný prostriedok (vyznačte):  [  ]</w:t>
      </w:r>
      <w:r w:rsidRPr="00944205">
        <w:rPr>
          <w:color w:val="auto"/>
        </w:rPr>
        <w:t xml:space="preserve"> Autobus    [  ] Vlak    [  ] Kombinovaná doprava</w:t>
      </w:r>
      <w:r w:rsidRPr="00944205">
        <w:rPr>
          <w:color w:val="auto"/>
        </w:rPr>
        <w:br/>
        <w:t xml:space="preserve">Konkrétny spoj / linka (číslo spoja, čas </w:t>
      </w:r>
      <w:proofErr w:type="spellStart"/>
      <w:r w:rsidRPr="00944205">
        <w:rPr>
          <w:color w:val="auto"/>
        </w:rPr>
        <w:t>odchodu</w:t>
      </w:r>
      <w:proofErr w:type="spellEnd"/>
      <w:r w:rsidRPr="00944205">
        <w:rPr>
          <w:color w:val="auto"/>
        </w:rPr>
        <w:t>/</w:t>
      </w:r>
      <w:proofErr w:type="spellStart"/>
      <w:r w:rsidRPr="00944205">
        <w:rPr>
          <w:color w:val="auto"/>
        </w:rPr>
        <w:t>príchodu</w:t>
      </w:r>
      <w:proofErr w:type="spellEnd"/>
      <w:r w:rsidRPr="00944205">
        <w:rPr>
          <w:color w:val="auto"/>
        </w:rPr>
        <w:t xml:space="preserve"> z </w:t>
      </w:r>
      <w:proofErr w:type="spellStart"/>
      <w:r w:rsidRPr="00944205">
        <w:rPr>
          <w:color w:val="auto"/>
        </w:rPr>
        <w:t>východiskovej</w:t>
      </w:r>
      <w:proofErr w:type="spellEnd"/>
      <w:r w:rsidRPr="00944205">
        <w:rPr>
          <w:color w:val="auto"/>
        </w:rPr>
        <w:t xml:space="preserve"> </w:t>
      </w:r>
      <w:proofErr w:type="spellStart"/>
      <w:r w:rsidRPr="00944205">
        <w:rPr>
          <w:color w:val="auto"/>
        </w:rPr>
        <w:t>stanice</w:t>
      </w:r>
      <w:proofErr w:type="spellEnd"/>
      <w:r w:rsidRPr="00944205">
        <w:rPr>
          <w:color w:val="auto"/>
        </w:rPr>
        <w:t>):</w:t>
      </w:r>
    </w:p>
    <w:p w:rsidR="006E0240" w:rsidRPr="00944205" w:rsidRDefault="00252B2A">
      <w:pPr>
        <w:spacing w:after="280" w:line="312" w:lineRule="auto"/>
        <w:rPr>
          <w:color w:val="auto"/>
        </w:rPr>
      </w:pPr>
      <w:r w:rsidRPr="00944205">
        <w:rPr>
          <w:color w:val="auto"/>
        </w:rPr>
        <w:br/>
        <w:t>..........................................................................................................................</w:t>
      </w:r>
      <w:r w:rsidRPr="00944205">
        <w:rPr>
          <w:color w:val="auto"/>
        </w:rPr>
        <w:t>..................................................</w:t>
      </w:r>
      <w:r w:rsidRPr="00944205">
        <w:rPr>
          <w:color w:val="auto"/>
        </w:rPr>
        <w:br/>
        <w:t>............................................................................................................................................................................</w:t>
      </w:r>
    </w:p>
    <w:p w:rsidR="006E0240" w:rsidRPr="00944205" w:rsidRDefault="00252B2A">
      <w:pPr>
        <w:rPr>
          <w:color w:val="auto"/>
        </w:rPr>
      </w:pPr>
      <w:r w:rsidRPr="00944205">
        <w:rPr>
          <w:b/>
          <w:color w:val="auto"/>
        </w:rPr>
        <w:t>Odôvodnenie:</w:t>
      </w:r>
      <w:r w:rsidRPr="00944205">
        <w:rPr>
          <w:b/>
          <w:color w:val="auto"/>
        </w:rPr>
        <w:br/>
      </w:r>
      <w:r w:rsidRPr="00944205">
        <w:rPr>
          <w:color w:val="auto"/>
        </w:rPr>
        <w:t>Cestovný poriadok n</w:t>
      </w:r>
      <w:r w:rsidRPr="00944205">
        <w:rPr>
          <w:color w:val="auto"/>
        </w:rPr>
        <w:t>eumožňuje iné vhodné dopravné spojenie, ktoré by zabezpečilo príchod na vyučovanie v riadnom čase / zotrvanie na vyučovaní do jeho ukončenia bez neprimerane dlhého čakania na cestovný spoj.</w:t>
      </w:r>
      <w:r w:rsidRPr="00944205">
        <w:rPr>
          <w:color w:val="auto"/>
        </w:rPr>
        <w:br/>
      </w:r>
      <w:r w:rsidRPr="00944205">
        <w:rPr>
          <w:color w:val="auto"/>
        </w:rPr>
        <w:br/>
        <w:t xml:space="preserve">Preberám plnú právnu zodpovednosť za bezpečnosť a zdravie svojho </w:t>
      </w:r>
      <w:r w:rsidRPr="00944205">
        <w:rPr>
          <w:color w:val="auto"/>
        </w:rPr>
        <w:t>syna / svojej dcéry v čase od jeho/jej odchodu zo školy / do jeho/jej príchodu do školy. Žiak/čka je poučený/á o povinnosti samostatne si doplniť prebrané učivo.</w:t>
      </w:r>
    </w:p>
    <w:p w:rsidR="005F497A" w:rsidRPr="00944205" w:rsidRDefault="00252B2A" w:rsidP="005F497A">
      <w:pPr>
        <w:spacing w:before="400" w:after="600"/>
        <w:ind w:left="142" w:hanging="142"/>
        <w:rPr>
          <w:color w:val="auto"/>
          <w:sz w:val="19"/>
        </w:rPr>
      </w:pPr>
      <w:r w:rsidRPr="00944205">
        <w:rPr>
          <w:color w:val="auto"/>
        </w:rPr>
        <w:t>V .................................... dňa ..........................               ..........</w:t>
      </w:r>
      <w:r w:rsidRPr="00944205">
        <w:rPr>
          <w:color w:val="auto"/>
        </w:rPr>
        <w:t>................................................................</w:t>
      </w:r>
      <w:r w:rsidRPr="00944205">
        <w:rPr>
          <w:color w:val="auto"/>
        </w:rPr>
        <w:br/>
      </w:r>
      <w:r w:rsidR="005F497A" w:rsidRPr="00944205">
        <w:rPr>
          <w:color w:val="auto"/>
          <w:sz w:val="19"/>
        </w:rPr>
        <w:t xml:space="preserve">           </w:t>
      </w:r>
      <w:r w:rsidR="005F497A" w:rsidRPr="00944205">
        <w:rPr>
          <w:color w:val="auto"/>
          <w:sz w:val="19"/>
        </w:rPr>
        <w:tab/>
      </w:r>
      <w:r w:rsidR="005F497A" w:rsidRPr="00944205">
        <w:rPr>
          <w:color w:val="auto"/>
          <w:sz w:val="19"/>
        </w:rPr>
        <w:tab/>
      </w:r>
      <w:r w:rsidR="005F497A" w:rsidRPr="00944205">
        <w:rPr>
          <w:color w:val="auto"/>
          <w:sz w:val="19"/>
        </w:rPr>
        <w:tab/>
      </w:r>
      <w:r w:rsidRPr="00944205">
        <w:rPr>
          <w:color w:val="auto"/>
          <w:sz w:val="19"/>
        </w:rPr>
        <w:t xml:space="preserve">                                                                                   </w:t>
      </w:r>
      <w:proofErr w:type="spellStart"/>
      <w:r w:rsidRPr="00944205">
        <w:rPr>
          <w:color w:val="auto"/>
          <w:sz w:val="19"/>
        </w:rPr>
        <w:t>podpis</w:t>
      </w:r>
      <w:proofErr w:type="spellEnd"/>
      <w:r w:rsidRPr="00944205">
        <w:rPr>
          <w:color w:val="auto"/>
          <w:sz w:val="19"/>
        </w:rPr>
        <w:t xml:space="preserve"> </w:t>
      </w:r>
      <w:proofErr w:type="spellStart"/>
      <w:r w:rsidRPr="00944205">
        <w:rPr>
          <w:color w:val="auto"/>
          <w:sz w:val="19"/>
        </w:rPr>
        <w:t>zákonného</w:t>
      </w:r>
      <w:proofErr w:type="spellEnd"/>
      <w:r w:rsidRPr="00944205">
        <w:rPr>
          <w:color w:val="auto"/>
          <w:sz w:val="19"/>
        </w:rPr>
        <w:t xml:space="preserve"> </w:t>
      </w:r>
      <w:proofErr w:type="spellStart"/>
      <w:r w:rsidRPr="00944205">
        <w:rPr>
          <w:color w:val="auto"/>
          <w:sz w:val="19"/>
        </w:rPr>
        <w:t>zástupcu</w:t>
      </w:r>
    </w:p>
    <w:p w:rsidR="005F497A" w:rsidRDefault="005F497A" w:rsidP="005F497A">
      <w:pPr>
        <w:spacing w:before="400" w:after="600"/>
        <w:ind w:left="426" w:hanging="426"/>
        <w:rPr>
          <w:b/>
          <w:color w:val="auto"/>
        </w:rPr>
      </w:pPr>
      <w:proofErr w:type="spellEnd"/>
    </w:p>
    <w:p w:rsidR="00944205" w:rsidRPr="00944205" w:rsidRDefault="00944205" w:rsidP="005F497A">
      <w:pPr>
        <w:spacing w:before="400" w:after="600"/>
        <w:ind w:left="426" w:hanging="426"/>
        <w:rPr>
          <w:b/>
          <w:color w:val="auto"/>
        </w:rPr>
      </w:pPr>
    </w:p>
    <w:p w:rsidR="006E0240" w:rsidRDefault="00252B2A" w:rsidP="005F497A">
      <w:pPr>
        <w:spacing w:before="400" w:after="600"/>
        <w:ind w:left="426" w:hanging="426"/>
        <w:rPr>
          <w:b/>
          <w:color w:val="auto"/>
        </w:rPr>
      </w:pPr>
      <w:r w:rsidRPr="00944205">
        <w:rPr>
          <w:b/>
          <w:color w:val="auto"/>
        </w:rPr>
        <w:lastRenderedPageBreak/>
        <w:t>VYJADRENIE A ROZHODNUTIE ŠKOLY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44205" w:rsidRPr="00944205" w:rsidTr="004733FB">
        <w:trPr>
          <w:jc w:val="center"/>
        </w:trPr>
        <w:tc>
          <w:tcPr>
            <w:tcW w:w="4608" w:type="dxa"/>
          </w:tcPr>
          <w:p w:rsidR="00944205" w:rsidRPr="00944205" w:rsidRDefault="00944205" w:rsidP="00944205">
            <w:pPr>
              <w:spacing w:after="80"/>
              <w:rPr>
                <w:color w:val="auto"/>
              </w:rPr>
            </w:pPr>
            <w:proofErr w:type="spellStart"/>
            <w:r w:rsidRPr="00944205">
              <w:rPr>
                <w:b/>
                <w:color w:val="auto"/>
              </w:rPr>
              <w:t>Vyjadrenie</w:t>
            </w:r>
            <w:proofErr w:type="spellEnd"/>
            <w:r w:rsidRPr="00944205"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najstra</w:t>
            </w:r>
            <w:proofErr w:type="spellEnd"/>
            <w:r>
              <w:rPr>
                <w:b/>
                <w:color w:val="auto"/>
              </w:rPr>
              <w:t xml:space="preserve"> OVY</w:t>
            </w:r>
            <w:r w:rsidRPr="00944205">
              <w:rPr>
                <w:b/>
                <w:color w:val="auto"/>
              </w:rPr>
              <w:t>:</w:t>
            </w:r>
            <w:r w:rsidRPr="00944205">
              <w:rPr>
                <w:b/>
                <w:color w:val="auto"/>
              </w:rPr>
              <w:br/>
            </w:r>
            <w:r w:rsidRPr="00944205">
              <w:rPr>
                <w:color w:val="auto"/>
              </w:rPr>
              <w:t xml:space="preserve">S </w:t>
            </w:r>
            <w:proofErr w:type="spellStart"/>
            <w:r w:rsidRPr="00944205">
              <w:rPr>
                <w:color w:val="auto"/>
              </w:rPr>
              <w:t>uvoľnením</w:t>
            </w:r>
            <w:proofErr w:type="spellEnd"/>
            <w:r w:rsidRPr="00944205">
              <w:rPr>
                <w:color w:val="auto"/>
              </w:rPr>
              <w:t>:  [  ] SÚHLASÍM   [  ] NESÚHLASÍM</w:t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</w:rPr>
              <w:br/>
            </w:r>
            <w:proofErr w:type="spellStart"/>
            <w:r w:rsidRPr="00944205">
              <w:rPr>
                <w:color w:val="auto"/>
              </w:rPr>
              <w:t>Dňa</w:t>
            </w:r>
            <w:proofErr w:type="spellEnd"/>
            <w:r w:rsidRPr="00944205">
              <w:rPr>
                <w:color w:val="auto"/>
              </w:rPr>
              <w:t>: ................................</w:t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  <w:sz w:val="18"/>
              </w:rPr>
              <w:t>...................................................</w:t>
            </w:r>
            <w:r>
              <w:rPr>
                <w:color w:val="auto"/>
                <w:sz w:val="18"/>
              </w:rPr>
              <w:t>.......</w:t>
            </w:r>
            <w:r>
              <w:rPr>
                <w:color w:val="auto"/>
                <w:sz w:val="18"/>
              </w:rPr>
              <w:br/>
              <w:t xml:space="preserve">                      </w:t>
            </w:r>
            <w:proofErr w:type="spellStart"/>
            <w:r>
              <w:rPr>
                <w:color w:val="auto"/>
                <w:sz w:val="18"/>
              </w:rPr>
              <w:t>podpis</w:t>
            </w:r>
            <w:proofErr w:type="spellEnd"/>
          </w:p>
        </w:tc>
        <w:tc>
          <w:tcPr>
            <w:tcW w:w="4608" w:type="dxa"/>
          </w:tcPr>
          <w:p w:rsidR="00944205" w:rsidRPr="00944205" w:rsidRDefault="00944205" w:rsidP="00944205">
            <w:pPr>
              <w:spacing w:after="80"/>
              <w:rPr>
                <w:color w:val="auto"/>
              </w:rPr>
            </w:pPr>
            <w:proofErr w:type="spellStart"/>
            <w:r w:rsidRPr="00944205">
              <w:rPr>
                <w:b/>
                <w:color w:val="auto"/>
              </w:rPr>
              <w:t>Vyjadrenie</w:t>
            </w:r>
            <w:proofErr w:type="spellEnd"/>
            <w:r w:rsidRPr="00944205">
              <w:rPr>
                <w:b/>
                <w:color w:val="auto"/>
              </w:rPr>
              <w:t xml:space="preserve"> </w:t>
            </w:r>
            <w:proofErr w:type="spellStart"/>
            <w:r w:rsidRPr="00944205">
              <w:rPr>
                <w:b/>
                <w:color w:val="auto"/>
              </w:rPr>
              <w:t>triedneho</w:t>
            </w:r>
            <w:proofErr w:type="spellEnd"/>
            <w:r w:rsidRPr="00944205">
              <w:rPr>
                <w:b/>
                <w:color w:val="auto"/>
              </w:rPr>
              <w:t xml:space="preserve"> </w:t>
            </w:r>
            <w:proofErr w:type="spellStart"/>
            <w:r w:rsidRPr="00944205">
              <w:rPr>
                <w:b/>
                <w:color w:val="auto"/>
              </w:rPr>
              <w:t>učiteľa</w:t>
            </w:r>
            <w:proofErr w:type="spellEnd"/>
            <w:r w:rsidRPr="00944205">
              <w:rPr>
                <w:b/>
                <w:color w:val="auto"/>
              </w:rPr>
              <w:t>:</w:t>
            </w:r>
            <w:r w:rsidRPr="00944205">
              <w:rPr>
                <w:b/>
                <w:color w:val="auto"/>
              </w:rPr>
              <w:br/>
            </w:r>
            <w:proofErr w:type="spellStart"/>
            <w:r w:rsidRPr="00944205">
              <w:rPr>
                <w:color w:val="auto"/>
              </w:rPr>
              <w:t>Žiadosti</w:t>
            </w:r>
            <w:proofErr w:type="spellEnd"/>
            <w:r w:rsidRPr="00944205">
              <w:rPr>
                <w:color w:val="auto"/>
              </w:rPr>
              <w:t xml:space="preserve"> </w:t>
            </w:r>
            <w:proofErr w:type="spellStart"/>
            <w:r w:rsidRPr="00944205">
              <w:rPr>
                <w:color w:val="auto"/>
              </w:rPr>
              <w:t>sa</w:t>
            </w:r>
            <w:proofErr w:type="spellEnd"/>
            <w:r w:rsidRPr="00944205">
              <w:rPr>
                <w:color w:val="auto"/>
              </w:rPr>
              <w:t>:  [  ] VYHOVUJE   [  ] NEVYHOVUJE</w:t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</w:rPr>
              <w:br/>
            </w:r>
            <w:proofErr w:type="spellStart"/>
            <w:r w:rsidRPr="00944205">
              <w:rPr>
                <w:color w:val="auto"/>
              </w:rPr>
              <w:t>Dňa</w:t>
            </w:r>
            <w:proofErr w:type="spellEnd"/>
            <w:r w:rsidRPr="00944205">
              <w:rPr>
                <w:color w:val="auto"/>
              </w:rPr>
              <w:t>: ................................</w:t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  <w:sz w:val="18"/>
              </w:rPr>
              <w:t>..........................................................</w:t>
            </w:r>
            <w:r w:rsidRPr="00944205">
              <w:rPr>
                <w:color w:val="auto"/>
                <w:sz w:val="18"/>
              </w:rPr>
              <w:br/>
            </w:r>
            <w:r>
              <w:rPr>
                <w:color w:val="auto"/>
                <w:sz w:val="18"/>
              </w:rPr>
              <w:t xml:space="preserve">                          </w:t>
            </w:r>
            <w:proofErr w:type="spellStart"/>
            <w:r w:rsidRPr="00944205">
              <w:rPr>
                <w:color w:val="auto"/>
                <w:sz w:val="18"/>
              </w:rPr>
              <w:t>podpis</w:t>
            </w:r>
            <w:proofErr w:type="spellEnd"/>
          </w:p>
        </w:tc>
      </w:tr>
      <w:tr w:rsidR="00944205" w:rsidRPr="00944205" w:rsidTr="004733FB">
        <w:trPr>
          <w:jc w:val="center"/>
        </w:trPr>
        <w:tc>
          <w:tcPr>
            <w:tcW w:w="4608" w:type="dxa"/>
          </w:tcPr>
          <w:p w:rsidR="00944205" w:rsidRPr="00944205" w:rsidRDefault="00944205" w:rsidP="004733FB">
            <w:pPr>
              <w:rPr>
                <w:color w:val="auto"/>
              </w:rPr>
            </w:pPr>
          </w:p>
        </w:tc>
        <w:tc>
          <w:tcPr>
            <w:tcW w:w="4608" w:type="dxa"/>
          </w:tcPr>
          <w:p w:rsidR="00944205" w:rsidRPr="00944205" w:rsidRDefault="00944205" w:rsidP="004733FB">
            <w:pPr>
              <w:rPr>
                <w:color w:val="auto"/>
              </w:rPr>
            </w:pPr>
          </w:p>
        </w:tc>
      </w:tr>
    </w:tbl>
    <w:p w:rsidR="00944205" w:rsidRDefault="00944205" w:rsidP="00944205">
      <w:pPr>
        <w:rPr>
          <w:color w:val="auto"/>
        </w:rPr>
      </w:pPr>
    </w:p>
    <w:p w:rsidR="00944205" w:rsidRPr="00944205" w:rsidRDefault="00944205" w:rsidP="00944205">
      <w:pPr>
        <w:spacing w:before="400" w:after="600"/>
        <w:rPr>
          <w:color w:val="auto"/>
          <w:sz w:val="19"/>
        </w:rPr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44205" w:rsidRPr="00944205">
        <w:trPr>
          <w:jc w:val="center"/>
        </w:trPr>
        <w:tc>
          <w:tcPr>
            <w:tcW w:w="4608" w:type="dxa"/>
          </w:tcPr>
          <w:p w:rsidR="00944205" w:rsidRPr="00944205" w:rsidRDefault="00944205" w:rsidP="00944205">
            <w:pPr>
              <w:spacing w:after="80"/>
              <w:rPr>
                <w:color w:val="auto"/>
              </w:rPr>
            </w:pPr>
            <w:proofErr w:type="spellStart"/>
            <w:r w:rsidRPr="00944205">
              <w:rPr>
                <w:b/>
                <w:color w:val="auto"/>
              </w:rPr>
              <w:t>Rozhodnutie</w:t>
            </w:r>
            <w:proofErr w:type="spellEnd"/>
            <w:r w:rsidRPr="00944205">
              <w:rPr>
                <w:b/>
                <w:color w:val="auto"/>
              </w:rPr>
              <w:t xml:space="preserve"> </w:t>
            </w:r>
            <w:proofErr w:type="spellStart"/>
            <w:r w:rsidRPr="00944205">
              <w:rPr>
                <w:b/>
                <w:color w:val="auto"/>
              </w:rPr>
              <w:t>riaditeľky</w:t>
            </w:r>
            <w:proofErr w:type="spellEnd"/>
            <w:r w:rsidRPr="00944205">
              <w:rPr>
                <w:b/>
                <w:color w:val="auto"/>
              </w:rPr>
              <w:t xml:space="preserve"> </w:t>
            </w:r>
            <w:proofErr w:type="spellStart"/>
            <w:r w:rsidRPr="00944205">
              <w:rPr>
                <w:b/>
                <w:color w:val="auto"/>
              </w:rPr>
              <w:t>školy</w:t>
            </w:r>
            <w:proofErr w:type="spellEnd"/>
            <w:r w:rsidRPr="00944205">
              <w:rPr>
                <w:b/>
                <w:color w:val="auto"/>
              </w:rPr>
              <w:t>:</w:t>
            </w:r>
            <w:r w:rsidRPr="00944205">
              <w:rPr>
                <w:b/>
                <w:color w:val="auto"/>
              </w:rPr>
              <w:br/>
            </w:r>
            <w:proofErr w:type="spellStart"/>
            <w:r w:rsidRPr="00944205">
              <w:rPr>
                <w:color w:val="auto"/>
              </w:rPr>
              <w:t>Žiadosti</w:t>
            </w:r>
            <w:proofErr w:type="spellEnd"/>
            <w:r w:rsidRPr="00944205">
              <w:rPr>
                <w:color w:val="auto"/>
              </w:rPr>
              <w:t xml:space="preserve"> </w:t>
            </w:r>
            <w:proofErr w:type="spellStart"/>
            <w:r w:rsidRPr="00944205">
              <w:rPr>
                <w:color w:val="auto"/>
              </w:rPr>
              <w:t>sa</w:t>
            </w:r>
            <w:proofErr w:type="spellEnd"/>
            <w:r w:rsidRPr="00944205">
              <w:rPr>
                <w:color w:val="auto"/>
              </w:rPr>
              <w:t>:  [  ] VYHOVUJE   [  ] NEVYHOVUJE</w:t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</w:rPr>
              <w:br/>
            </w:r>
            <w:proofErr w:type="spellStart"/>
            <w:r w:rsidRPr="00944205">
              <w:rPr>
                <w:color w:val="auto"/>
              </w:rPr>
              <w:t>Dňa</w:t>
            </w:r>
            <w:proofErr w:type="spellEnd"/>
            <w:r w:rsidRPr="00944205">
              <w:rPr>
                <w:color w:val="auto"/>
              </w:rPr>
              <w:t>: ................................</w:t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</w:rPr>
              <w:br/>
            </w:r>
            <w:r w:rsidRPr="00944205">
              <w:rPr>
                <w:color w:val="auto"/>
                <w:sz w:val="18"/>
              </w:rPr>
              <w:t>..........................................................</w:t>
            </w:r>
            <w:r w:rsidRPr="00944205">
              <w:rPr>
                <w:color w:val="auto"/>
                <w:sz w:val="18"/>
              </w:rPr>
              <w:br/>
            </w:r>
            <w:r>
              <w:rPr>
                <w:color w:val="auto"/>
                <w:sz w:val="18"/>
              </w:rPr>
              <w:t xml:space="preserve">              </w:t>
            </w:r>
            <w:proofErr w:type="spellStart"/>
            <w:r w:rsidRPr="00944205">
              <w:rPr>
                <w:color w:val="auto"/>
                <w:sz w:val="18"/>
              </w:rPr>
              <w:t>podpis</w:t>
            </w:r>
            <w:proofErr w:type="spellEnd"/>
            <w:r w:rsidRPr="00944205">
              <w:rPr>
                <w:color w:val="auto"/>
                <w:sz w:val="18"/>
              </w:rPr>
              <w:t xml:space="preserve"> a </w:t>
            </w:r>
            <w:proofErr w:type="spellStart"/>
            <w:r w:rsidRPr="00944205">
              <w:rPr>
                <w:color w:val="auto"/>
                <w:sz w:val="18"/>
              </w:rPr>
              <w:t>pečiatka</w:t>
            </w:r>
            <w:proofErr w:type="spellEnd"/>
            <w:r w:rsidRPr="00944205">
              <w:rPr>
                <w:color w:val="auto"/>
                <w:sz w:val="18"/>
              </w:rPr>
              <w:t xml:space="preserve"> </w:t>
            </w:r>
            <w:proofErr w:type="spellStart"/>
            <w:r w:rsidRPr="00944205">
              <w:rPr>
                <w:color w:val="auto"/>
                <w:sz w:val="18"/>
              </w:rPr>
              <w:t>školy</w:t>
            </w:r>
            <w:proofErr w:type="spellEnd"/>
          </w:p>
        </w:tc>
        <w:tc>
          <w:tcPr>
            <w:tcW w:w="4608" w:type="dxa"/>
          </w:tcPr>
          <w:p w:rsidR="00944205" w:rsidRPr="00944205" w:rsidRDefault="00944205" w:rsidP="00944205">
            <w:pPr>
              <w:spacing w:after="80"/>
              <w:rPr>
                <w:color w:val="auto"/>
              </w:rPr>
            </w:pPr>
          </w:p>
        </w:tc>
      </w:tr>
      <w:tr w:rsidR="00944205" w:rsidRPr="00944205">
        <w:trPr>
          <w:jc w:val="center"/>
        </w:trPr>
        <w:tc>
          <w:tcPr>
            <w:tcW w:w="4608" w:type="dxa"/>
          </w:tcPr>
          <w:p w:rsidR="00944205" w:rsidRPr="00944205" w:rsidRDefault="00944205" w:rsidP="00944205">
            <w:pPr>
              <w:rPr>
                <w:color w:val="auto"/>
              </w:rPr>
            </w:pPr>
          </w:p>
        </w:tc>
        <w:tc>
          <w:tcPr>
            <w:tcW w:w="4608" w:type="dxa"/>
          </w:tcPr>
          <w:p w:rsidR="00944205" w:rsidRPr="00944205" w:rsidRDefault="00944205" w:rsidP="00944205">
            <w:pPr>
              <w:rPr>
                <w:color w:val="auto"/>
              </w:rPr>
            </w:pPr>
          </w:p>
        </w:tc>
      </w:tr>
    </w:tbl>
    <w:p w:rsidR="00000000" w:rsidRDefault="00252B2A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Default="00944205">
      <w:pPr>
        <w:rPr>
          <w:color w:val="auto"/>
        </w:rPr>
      </w:pPr>
    </w:p>
    <w:p w:rsidR="00944205" w:rsidRPr="00944205" w:rsidRDefault="00944205" w:rsidP="00C651B7">
      <w:pPr>
        <w:spacing w:before="400" w:after="600"/>
        <w:rPr>
          <w:b/>
          <w:color w:val="auto"/>
        </w:rPr>
      </w:pPr>
      <w:bookmarkStart w:id="0" w:name="_GoBack"/>
      <w:bookmarkEnd w:id="0"/>
      <w:r w:rsidRPr="00944205">
        <w:rPr>
          <w:b/>
          <w:color w:val="auto"/>
        </w:rPr>
        <w:t>ŠT 11 - ŽIADOSŤ O POVOLENIE SKORŠIEHO ODCHODU / NESKORŠIEHO PRÍCHODU NA VYUČOVANIE</w:t>
      </w:r>
    </w:p>
    <w:sectPr w:rsidR="00944205" w:rsidRPr="00944205" w:rsidSect="005F497A">
      <w:pgSz w:w="11909" w:h="16834"/>
      <w:pgMar w:top="1276" w:right="710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52B2A"/>
    <w:rsid w:val="0029639D"/>
    <w:rsid w:val="00326F90"/>
    <w:rsid w:val="005F497A"/>
    <w:rsid w:val="006E0240"/>
    <w:rsid w:val="00944205"/>
    <w:rsid w:val="00AA1D8D"/>
    <w:rsid w:val="00B47730"/>
    <w:rsid w:val="00C651B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22E33"/>
  <w14:defaultImageDpi w14:val="300"/>
  <w15:docId w15:val="{2208A6AC-92F1-4568-A475-29353C9F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693F"/>
    <w:rPr>
      <w:rFonts w:ascii="Calibri" w:hAnsi="Calibri"/>
      <w:color w:val="2222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y"/>
    <w:link w:val="TextbublinyChar"/>
    <w:uiPriority w:val="99"/>
    <w:semiHidden/>
    <w:unhideWhenUsed/>
    <w:rsid w:val="005F49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497A"/>
    <w:rPr>
      <w:rFonts w:ascii="Segoe UI" w:hAnsi="Segoe UI" w:cs="Segoe UI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EE8E10-DD86-4F05-BAA6-04100987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Zástupca</cp:lastModifiedBy>
  <cp:revision>2</cp:revision>
  <cp:lastPrinted>2026-09-17T08:50:00Z</cp:lastPrinted>
  <dcterms:created xsi:type="dcterms:W3CDTF">2026-09-18T11:11:00Z</dcterms:created>
  <dcterms:modified xsi:type="dcterms:W3CDTF">2026-09-18T11:11:00Z</dcterms:modified>
  <cp:category/>
</cp:coreProperties>
</file>